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וסמלים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וסמלים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מושג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משמעות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ספרי הקודש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מבטא התחדשות הברית והציפייה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איש דת ומנהיג רוחני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המסורת כוללת עלייה אל גבעה או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האורית היא ספרי הקודש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החג הפך לחג רשמי המציין את הזיקה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רוחני)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(הימנעות מאכילה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(מוקד התפילה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(הליכה למקום קדוש)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שהחג קשור למילים ולסמלים כמו קס, אורית, תפילה וירושלים, וכל תמונה מייצגת מושג חשוב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מבטא חידוש ברית, כמיהה לירושלים ותפילה משותפת של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רוחני בעדה האתיופית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הזיכרון באתר ואז למלא את הדף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המילים החדשות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וסמלים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באתר מחברים תמונה למילה שלה. בדף הזה נלמד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שחוגגים חמישים יום אחרי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דת ומנהיג רוחני בעדה האתיופית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לספרי הקודש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ביום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בדיבור אל האלוקים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לרגל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למקום קדוש לרגל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שאליה פנו הלב בתפילות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הברית והקשר בין העם לאלוקים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בחג הפסח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בחודש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מנהיג את התפילה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 הקודש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עיר פנו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לפני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שמח שמביע תקווה וחידוש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ילד קטן בעדה האתיופית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אל מקום גבוה להתפלל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היא שם של משחק 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היום גם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תפילות הסיגד נהוג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 רוחני בעדה האתיופית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ספרי הקודש של יהודי אתיופיה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בתפילות הסיגד פנו הלב אל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הסיגד מבטא __________ של הברית בין העם לאלוקים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הליכה למקום קדוש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הימנעות מאכילה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מוקד התפילה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רוחני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עלייה לרגל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ספרי קודש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על חג הסיגד ממשחק הזיכרון באתר?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חג הסיגד הוא חג של תקווה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עיר פנו בתפילות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וסמלים של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