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וסמלים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התחדשות הברית והציפייה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איש דת ומנהיג רוחני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המסורת כוללת עלייה אל גבעה או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רוחני)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(הימנעות מאכילה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(מוקד התפילה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שהחג קשור למילים ולסמלים כמו קס, אורית, תפילה וירושלים, וכל תמונה מייצגת מושג חשוב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רוחני בעדה האתיופית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למלא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החדשות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באתר מתאימים תמונה למילה שלה מתוך עולם חג הסיגד. בדף הזה נתרגל את אותן מילים ומושגים בכתב.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אורית  ·  קס  ·  צום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חמישים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התפילות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שמח שמביע תקווה וחידוש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הוא ילד קטן בעדה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נהוג לעלות אל מקום גבוה להתפלל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תפילות הסיגד נהוג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מנהיג רוחני בעדה האתיופית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ספרי הקודש של יהודי אתיופיה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הימנעות מאכילה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מוקד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רוחני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ללמוד על חג הסיגד ממשחק הזיכרון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לאיזו עיר פנו בתפילות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וסמלים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